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TRI00767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1,4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1,4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67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304 × 220 × 320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15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304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220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203 mm.</w:t>
              <w:br/>
              <w:t>Fijación frontal E: 199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TRI00767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TRI00767     |     1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TRI00767 Transformador trifásico 1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