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6,3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TRI00771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6,3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9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9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440 × 265 × 420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56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440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265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420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245 mm.</w:t>
              <w:br/>
              <w:t>Fijación frontal E: 319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6,3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TRI00771     |     6,3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TRI00771 Transformador trifásico 6,3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