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20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TRI00778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20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28,8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28,8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78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600 × 340 × 580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121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600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340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580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320 mm.</w:t>
              <w:br/>
              <w:t>Fijación frontal E: 400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TRI00778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20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TRI00778     |     20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TRI00778 Transformador trifásico 20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