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50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TRI00782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72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72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8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645 × 500 × 770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237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645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500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770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460 mm.</w:t>
              <w:br/>
              <w:t>Fijación frontal E: 555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TRI00782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TRI00782     |     50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TRI00782 Transformador trifásico 50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