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63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TRI00783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63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90,9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90,9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8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645 × 500 × 770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300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645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770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460 mm.</w:t>
              <w:br/>
              <w:t>Fijación frontal E: 555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TRI00783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63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* Intensidades nominales calculadas para carga trifásica equilibrada: I = S / (√3 × 400 V).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TRI00783     |     63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TRI00783 Transformador trifásico 63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